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344A1" w14:textId="77777777" w:rsidR="0080774D" w:rsidRDefault="00000000">
      <w:pPr>
        <w:jc w:val="center"/>
      </w:pPr>
      <w:r>
        <w:rPr>
          <w:noProof/>
        </w:rPr>
        <w:drawing>
          <wp:inline distT="0" distB="0" distL="0" distR="0" wp14:anchorId="1C8583ED" wp14:editId="265DAB0A">
            <wp:extent cx="1015200" cy="101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pped-a-modern-logo-design-featuring-a-stylize_aBz94Ym7SJCIargJ5IH3wA_Ek7scWbeTQqmj83N3-2VjQ-150x150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8817" cy="1018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CB6CC" w14:textId="7B311E05" w:rsidR="0080774D" w:rsidRDefault="00000000">
      <w:pPr>
        <w:pStyle w:val="Heading1"/>
        <w:jc w:val="center"/>
      </w:pPr>
      <w:r>
        <w:t>International Scientists Award</w:t>
      </w:r>
      <w:r w:rsidR="00511423">
        <w:t xml:space="preserve"> Official Application</w:t>
      </w:r>
      <w:r>
        <w:t xml:space="preserve"> Form</w:t>
      </w:r>
    </w:p>
    <w:p w14:paraId="5F0D6F92" w14:textId="77777777" w:rsidR="0080774D" w:rsidRDefault="00000000">
      <w:pPr>
        <w:pStyle w:val="Heading2"/>
      </w:pPr>
      <w:r>
        <w:t>Applicant Information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99"/>
        <w:gridCol w:w="4796"/>
      </w:tblGrid>
      <w:tr w:rsidR="0080774D" w14:paraId="53917DF9" w14:textId="77777777">
        <w:trPr>
          <w:jc w:val="center"/>
        </w:trPr>
        <w:tc>
          <w:tcPr>
            <w:tcW w:w="4802" w:type="dxa"/>
          </w:tcPr>
          <w:p w14:paraId="217E2E79" w14:textId="77777777" w:rsidR="0080774D" w:rsidRDefault="00000000">
            <w:r>
              <w:t>Title/Designation</w:t>
            </w:r>
          </w:p>
        </w:tc>
        <w:tc>
          <w:tcPr>
            <w:tcW w:w="4802" w:type="dxa"/>
          </w:tcPr>
          <w:p w14:paraId="00C9AA28" w14:textId="77777777" w:rsidR="0080774D" w:rsidRDefault="0080774D"/>
        </w:tc>
      </w:tr>
      <w:tr w:rsidR="0080774D" w14:paraId="08A986D3" w14:textId="77777777">
        <w:trPr>
          <w:jc w:val="center"/>
        </w:trPr>
        <w:tc>
          <w:tcPr>
            <w:tcW w:w="4802" w:type="dxa"/>
          </w:tcPr>
          <w:p w14:paraId="0F9A9134" w14:textId="77777777" w:rsidR="0080774D" w:rsidRDefault="00000000">
            <w:r>
              <w:t>First Name</w:t>
            </w:r>
          </w:p>
        </w:tc>
        <w:tc>
          <w:tcPr>
            <w:tcW w:w="4802" w:type="dxa"/>
          </w:tcPr>
          <w:p w14:paraId="37C12B5E" w14:textId="77777777" w:rsidR="0080774D" w:rsidRDefault="0080774D"/>
        </w:tc>
      </w:tr>
      <w:tr w:rsidR="0080774D" w14:paraId="483B8871" w14:textId="77777777">
        <w:trPr>
          <w:jc w:val="center"/>
        </w:trPr>
        <w:tc>
          <w:tcPr>
            <w:tcW w:w="4802" w:type="dxa"/>
          </w:tcPr>
          <w:p w14:paraId="6AA5FFAD" w14:textId="77777777" w:rsidR="0080774D" w:rsidRDefault="00000000">
            <w:r>
              <w:t>Last Name</w:t>
            </w:r>
          </w:p>
        </w:tc>
        <w:tc>
          <w:tcPr>
            <w:tcW w:w="4802" w:type="dxa"/>
          </w:tcPr>
          <w:p w14:paraId="7D4E846F" w14:textId="77777777" w:rsidR="0080774D" w:rsidRDefault="0080774D"/>
        </w:tc>
      </w:tr>
      <w:tr w:rsidR="0080774D" w14:paraId="34712802" w14:textId="77777777">
        <w:trPr>
          <w:jc w:val="center"/>
        </w:trPr>
        <w:tc>
          <w:tcPr>
            <w:tcW w:w="4802" w:type="dxa"/>
          </w:tcPr>
          <w:p w14:paraId="2EEE231B" w14:textId="77777777" w:rsidR="0080774D" w:rsidRDefault="00000000">
            <w:r>
              <w:t>Date of Birth</w:t>
            </w:r>
          </w:p>
        </w:tc>
        <w:tc>
          <w:tcPr>
            <w:tcW w:w="4802" w:type="dxa"/>
          </w:tcPr>
          <w:p w14:paraId="00C5844D" w14:textId="77777777" w:rsidR="0080774D" w:rsidRDefault="0080774D"/>
        </w:tc>
      </w:tr>
      <w:tr w:rsidR="0080774D" w14:paraId="52F7CD8F" w14:textId="77777777">
        <w:trPr>
          <w:jc w:val="center"/>
        </w:trPr>
        <w:tc>
          <w:tcPr>
            <w:tcW w:w="4802" w:type="dxa"/>
          </w:tcPr>
          <w:p w14:paraId="7418AABE" w14:textId="77777777" w:rsidR="0080774D" w:rsidRDefault="00000000">
            <w:r>
              <w:t>Gender</w:t>
            </w:r>
          </w:p>
        </w:tc>
        <w:tc>
          <w:tcPr>
            <w:tcW w:w="4802" w:type="dxa"/>
          </w:tcPr>
          <w:p w14:paraId="715B3471" w14:textId="77777777" w:rsidR="0080774D" w:rsidRDefault="0080774D"/>
        </w:tc>
      </w:tr>
      <w:tr w:rsidR="0080774D" w14:paraId="3040BE5A" w14:textId="77777777">
        <w:trPr>
          <w:jc w:val="center"/>
        </w:trPr>
        <w:tc>
          <w:tcPr>
            <w:tcW w:w="4802" w:type="dxa"/>
          </w:tcPr>
          <w:p w14:paraId="0795C031" w14:textId="77777777" w:rsidR="0080774D" w:rsidRDefault="00000000">
            <w:r>
              <w:t>Nationality</w:t>
            </w:r>
          </w:p>
        </w:tc>
        <w:tc>
          <w:tcPr>
            <w:tcW w:w="4802" w:type="dxa"/>
          </w:tcPr>
          <w:p w14:paraId="16FAD818" w14:textId="77777777" w:rsidR="0080774D" w:rsidRDefault="0080774D"/>
        </w:tc>
      </w:tr>
      <w:tr w:rsidR="0080774D" w14:paraId="6CADB0C2" w14:textId="77777777">
        <w:trPr>
          <w:jc w:val="center"/>
        </w:trPr>
        <w:tc>
          <w:tcPr>
            <w:tcW w:w="4802" w:type="dxa"/>
          </w:tcPr>
          <w:p w14:paraId="3ED34DEC" w14:textId="77777777" w:rsidR="0080774D" w:rsidRDefault="00000000">
            <w:r>
              <w:t>Current Role/Designation</w:t>
            </w:r>
          </w:p>
        </w:tc>
        <w:tc>
          <w:tcPr>
            <w:tcW w:w="4802" w:type="dxa"/>
          </w:tcPr>
          <w:p w14:paraId="4B613EA9" w14:textId="77777777" w:rsidR="0080774D" w:rsidRDefault="0080774D"/>
        </w:tc>
      </w:tr>
      <w:tr w:rsidR="0080774D" w14:paraId="473924F4" w14:textId="77777777">
        <w:trPr>
          <w:jc w:val="center"/>
        </w:trPr>
        <w:tc>
          <w:tcPr>
            <w:tcW w:w="4802" w:type="dxa"/>
          </w:tcPr>
          <w:p w14:paraId="5E62FABC" w14:textId="77777777" w:rsidR="0080774D" w:rsidRDefault="00000000">
            <w:r>
              <w:t>Department</w:t>
            </w:r>
          </w:p>
        </w:tc>
        <w:tc>
          <w:tcPr>
            <w:tcW w:w="4802" w:type="dxa"/>
          </w:tcPr>
          <w:p w14:paraId="1639ECAB" w14:textId="77777777" w:rsidR="0080774D" w:rsidRDefault="0080774D"/>
        </w:tc>
      </w:tr>
      <w:tr w:rsidR="0080774D" w14:paraId="018A5B88" w14:textId="77777777">
        <w:trPr>
          <w:jc w:val="center"/>
        </w:trPr>
        <w:tc>
          <w:tcPr>
            <w:tcW w:w="4802" w:type="dxa"/>
          </w:tcPr>
          <w:p w14:paraId="764B6D65" w14:textId="77777777" w:rsidR="0080774D" w:rsidRDefault="00000000">
            <w:r>
              <w:t>Organization/Institution</w:t>
            </w:r>
          </w:p>
        </w:tc>
        <w:tc>
          <w:tcPr>
            <w:tcW w:w="4802" w:type="dxa"/>
          </w:tcPr>
          <w:p w14:paraId="46B0A3D7" w14:textId="77777777" w:rsidR="0080774D" w:rsidRDefault="0080774D"/>
        </w:tc>
      </w:tr>
      <w:tr w:rsidR="0080774D" w14:paraId="1041761E" w14:textId="77777777">
        <w:trPr>
          <w:jc w:val="center"/>
        </w:trPr>
        <w:tc>
          <w:tcPr>
            <w:tcW w:w="4802" w:type="dxa"/>
          </w:tcPr>
          <w:p w14:paraId="33E61D84" w14:textId="77777777" w:rsidR="0080774D" w:rsidRDefault="00000000">
            <w:r>
              <w:t>Organization Address</w:t>
            </w:r>
          </w:p>
        </w:tc>
        <w:tc>
          <w:tcPr>
            <w:tcW w:w="4802" w:type="dxa"/>
          </w:tcPr>
          <w:p w14:paraId="1E0711C5" w14:textId="77777777" w:rsidR="0080774D" w:rsidRDefault="0080774D"/>
        </w:tc>
      </w:tr>
      <w:tr w:rsidR="0080774D" w14:paraId="61AF0545" w14:textId="77777777">
        <w:trPr>
          <w:jc w:val="center"/>
        </w:trPr>
        <w:tc>
          <w:tcPr>
            <w:tcW w:w="4802" w:type="dxa"/>
          </w:tcPr>
          <w:p w14:paraId="3A5D19EE" w14:textId="77777777" w:rsidR="0080774D" w:rsidRDefault="00000000">
            <w:r>
              <w:t>Country</w:t>
            </w:r>
          </w:p>
        </w:tc>
        <w:tc>
          <w:tcPr>
            <w:tcW w:w="4802" w:type="dxa"/>
          </w:tcPr>
          <w:p w14:paraId="20B8840F" w14:textId="77777777" w:rsidR="0080774D" w:rsidRDefault="0080774D"/>
        </w:tc>
      </w:tr>
      <w:tr w:rsidR="0080774D" w14:paraId="0C12C85A" w14:textId="77777777">
        <w:trPr>
          <w:jc w:val="center"/>
        </w:trPr>
        <w:tc>
          <w:tcPr>
            <w:tcW w:w="4802" w:type="dxa"/>
          </w:tcPr>
          <w:p w14:paraId="126A0F65" w14:textId="77777777" w:rsidR="0080774D" w:rsidRDefault="00000000">
            <w:r>
              <w:t>Email</w:t>
            </w:r>
          </w:p>
        </w:tc>
        <w:tc>
          <w:tcPr>
            <w:tcW w:w="4802" w:type="dxa"/>
          </w:tcPr>
          <w:p w14:paraId="09DD5BAE" w14:textId="77777777" w:rsidR="0080774D" w:rsidRDefault="0080774D"/>
        </w:tc>
      </w:tr>
      <w:tr w:rsidR="0080774D" w14:paraId="5E7D23F2" w14:textId="77777777">
        <w:trPr>
          <w:jc w:val="center"/>
        </w:trPr>
        <w:tc>
          <w:tcPr>
            <w:tcW w:w="4802" w:type="dxa"/>
          </w:tcPr>
          <w:p w14:paraId="479CE9A1" w14:textId="77777777" w:rsidR="0080774D" w:rsidRDefault="00000000">
            <w:r>
              <w:t>Phone</w:t>
            </w:r>
          </w:p>
        </w:tc>
        <w:tc>
          <w:tcPr>
            <w:tcW w:w="4802" w:type="dxa"/>
          </w:tcPr>
          <w:p w14:paraId="69BBA385" w14:textId="77777777" w:rsidR="0080774D" w:rsidRDefault="0080774D"/>
        </w:tc>
      </w:tr>
      <w:tr w:rsidR="0080774D" w14:paraId="574B4AF1" w14:textId="77777777">
        <w:trPr>
          <w:jc w:val="center"/>
        </w:trPr>
        <w:tc>
          <w:tcPr>
            <w:tcW w:w="4802" w:type="dxa"/>
          </w:tcPr>
          <w:p w14:paraId="01D8D3B5" w14:textId="77777777" w:rsidR="0080774D" w:rsidRDefault="00000000">
            <w:r>
              <w:t>Website/ORCID/Google Scholar</w:t>
            </w:r>
          </w:p>
        </w:tc>
        <w:tc>
          <w:tcPr>
            <w:tcW w:w="4802" w:type="dxa"/>
          </w:tcPr>
          <w:p w14:paraId="763E8398" w14:textId="77777777" w:rsidR="0080774D" w:rsidRDefault="0080774D"/>
        </w:tc>
      </w:tr>
      <w:tr w:rsidR="0080774D" w14:paraId="345DFB6D" w14:textId="77777777">
        <w:trPr>
          <w:jc w:val="center"/>
        </w:trPr>
        <w:tc>
          <w:tcPr>
            <w:tcW w:w="4802" w:type="dxa"/>
          </w:tcPr>
          <w:p w14:paraId="7E86DF88" w14:textId="77777777" w:rsidR="0080774D" w:rsidRDefault="00000000">
            <w:r>
              <w:t>Subject Track</w:t>
            </w:r>
          </w:p>
        </w:tc>
        <w:tc>
          <w:tcPr>
            <w:tcW w:w="4802" w:type="dxa"/>
          </w:tcPr>
          <w:p w14:paraId="173A5866" w14:textId="77777777" w:rsidR="0080774D" w:rsidRDefault="0080774D"/>
        </w:tc>
      </w:tr>
      <w:tr w:rsidR="0080774D" w14:paraId="5E9214E9" w14:textId="77777777">
        <w:trPr>
          <w:jc w:val="center"/>
        </w:trPr>
        <w:tc>
          <w:tcPr>
            <w:tcW w:w="4802" w:type="dxa"/>
          </w:tcPr>
          <w:p w14:paraId="14834B2F" w14:textId="77777777" w:rsidR="0080774D" w:rsidRDefault="00000000">
            <w:r>
              <w:t>Award Category</w:t>
            </w:r>
          </w:p>
        </w:tc>
        <w:tc>
          <w:tcPr>
            <w:tcW w:w="4802" w:type="dxa"/>
          </w:tcPr>
          <w:p w14:paraId="0BE80199" w14:textId="77777777" w:rsidR="0080774D" w:rsidRDefault="0080774D"/>
        </w:tc>
      </w:tr>
      <w:tr w:rsidR="0080774D" w14:paraId="45CB77BD" w14:textId="77777777">
        <w:trPr>
          <w:jc w:val="center"/>
        </w:trPr>
        <w:tc>
          <w:tcPr>
            <w:tcW w:w="4802" w:type="dxa"/>
          </w:tcPr>
          <w:p w14:paraId="25390FAE" w14:textId="77777777" w:rsidR="0080774D" w:rsidRDefault="00000000">
            <w:r>
              <w:t>Key Areas of Expertise</w:t>
            </w:r>
          </w:p>
        </w:tc>
        <w:tc>
          <w:tcPr>
            <w:tcW w:w="4802" w:type="dxa"/>
          </w:tcPr>
          <w:p w14:paraId="191B424E" w14:textId="77777777" w:rsidR="0080774D" w:rsidRDefault="0080774D"/>
        </w:tc>
      </w:tr>
      <w:tr w:rsidR="0080774D" w14:paraId="1C04F6D3" w14:textId="77777777">
        <w:trPr>
          <w:jc w:val="center"/>
        </w:trPr>
        <w:tc>
          <w:tcPr>
            <w:tcW w:w="4802" w:type="dxa"/>
          </w:tcPr>
          <w:p w14:paraId="29BD597D" w14:textId="77777777" w:rsidR="0080774D" w:rsidRDefault="00000000">
            <w:r>
              <w:t>Nominator Query for Award</w:t>
            </w:r>
          </w:p>
        </w:tc>
        <w:tc>
          <w:tcPr>
            <w:tcW w:w="4802" w:type="dxa"/>
          </w:tcPr>
          <w:p w14:paraId="601EE35B" w14:textId="77777777" w:rsidR="0080774D" w:rsidRDefault="0080774D"/>
        </w:tc>
      </w:tr>
      <w:tr w:rsidR="0080774D" w14:paraId="1003E701" w14:textId="77777777">
        <w:trPr>
          <w:jc w:val="center"/>
        </w:trPr>
        <w:tc>
          <w:tcPr>
            <w:tcW w:w="4802" w:type="dxa"/>
          </w:tcPr>
          <w:p w14:paraId="057DAB30" w14:textId="77777777" w:rsidR="0080774D" w:rsidRDefault="00000000">
            <w:r>
              <w:t>Nominator Profile Link</w:t>
            </w:r>
          </w:p>
        </w:tc>
        <w:tc>
          <w:tcPr>
            <w:tcW w:w="4802" w:type="dxa"/>
          </w:tcPr>
          <w:p w14:paraId="411CFC32" w14:textId="77777777" w:rsidR="0080774D" w:rsidRDefault="0080774D"/>
        </w:tc>
      </w:tr>
    </w:tbl>
    <w:p w14:paraId="00C1C6DE" w14:textId="77777777" w:rsidR="0080774D" w:rsidRDefault="00000000">
      <w:pPr>
        <w:pStyle w:val="Heading2"/>
      </w:pPr>
      <w:r>
        <w:t>Photo &amp; Signature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7"/>
        <w:gridCol w:w="4798"/>
      </w:tblGrid>
      <w:tr w:rsidR="0080774D" w14:paraId="65FF8CC6" w14:textId="77777777">
        <w:tc>
          <w:tcPr>
            <w:tcW w:w="4802" w:type="dxa"/>
            <w:vAlign w:val="center"/>
          </w:tcPr>
          <w:p w14:paraId="24F6DA4A" w14:textId="77777777" w:rsidR="0080774D" w:rsidRDefault="00000000">
            <w:r>
              <w:t>PHOTO (Passport-size)</w:t>
            </w:r>
          </w:p>
        </w:tc>
        <w:tc>
          <w:tcPr>
            <w:tcW w:w="4802" w:type="dxa"/>
            <w:vAlign w:val="center"/>
          </w:tcPr>
          <w:p w14:paraId="2D20FFBC" w14:textId="77777777" w:rsidR="0080774D" w:rsidRDefault="00000000">
            <w:r>
              <w:t>SIGNATURE</w:t>
            </w:r>
          </w:p>
        </w:tc>
      </w:tr>
    </w:tbl>
    <w:p w14:paraId="17C87657" w14:textId="77777777" w:rsidR="0080774D" w:rsidRDefault="00000000">
      <w:pPr>
        <w:pStyle w:val="Heading2"/>
      </w:pPr>
      <w:r>
        <w:t>Academic Qualifications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9"/>
        <w:gridCol w:w="2399"/>
        <w:gridCol w:w="2398"/>
        <w:gridCol w:w="2399"/>
      </w:tblGrid>
      <w:tr w:rsidR="0080774D" w14:paraId="22A2229A" w14:textId="77777777">
        <w:tc>
          <w:tcPr>
            <w:tcW w:w="2401" w:type="dxa"/>
          </w:tcPr>
          <w:p w14:paraId="0070A0B4" w14:textId="77777777" w:rsidR="0080774D" w:rsidRDefault="00000000">
            <w:r>
              <w:t>Degree</w:t>
            </w:r>
          </w:p>
        </w:tc>
        <w:tc>
          <w:tcPr>
            <w:tcW w:w="2401" w:type="dxa"/>
          </w:tcPr>
          <w:p w14:paraId="7BD1DC99" w14:textId="77777777" w:rsidR="0080774D" w:rsidRDefault="00000000">
            <w:r>
              <w:t>Institution</w:t>
            </w:r>
          </w:p>
        </w:tc>
        <w:tc>
          <w:tcPr>
            <w:tcW w:w="2401" w:type="dxa"/>
          </w:tcPr>
          <w:p w14:paraId="3D08D72A" w14:textId="77777777" w:rsidR="0080774D" w:rsidRDefault="00000000">
            <w:r>
              <w:t>Year</w:t>
            </w:r>
          </w:p>
        </w:tc>
        <w:tc>
          <w:tcPr>
            <w:tcW w:w="2401" w:type="dxa"/>
          </w:tcPr>
          <w:p w14:paraId="173335C2" w14:textId="77777777" w:rsidR="0080774D" w:rsidRDefault="00000000">
            <w:r>
              <w:t>Thesis Title</w:t>
            </w:r>
          </w:p>
        </w:tc>
      </w:tr>
    </w:tbl>
    <w:p w14:paraId="41164097" w14:textId="77777777" w:rsidR="0080774D" w:rsidRDefault="00000000">
      <w:pPr>
        <w:pStyle w:val="Heading2"/>
      </w:pPr>
      <w:r>
        <w:t>Professional 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8"/>
        <w:gridCol w:w="2399"/>
        <w:gridCol w:w="2398"/>
        <w:gridCol w:w="2400"/>
      </w:tblGrid>
      <w:tr w:rsidR="0080774D" w14:paraId="28F8EF12" w14:textId="77777777">
        <w:tc>
          <w:tcPr>
            <w:tcW w:w="2401" w:type="dxa"/>
          </w:tcPr>
          <w:p w14:paraId="0DB8C81C" w14:textId="77777777" w:rsidR="0080774D" w:rsidRDefault="00000000">
            <w:r>
              <w:t>Position</w:t>
            </w:r>
          </w:p>
        </w:tc>
        <w:tc>
          <w:tcPr>
            <w:tcW w:w="2401" w:type="dxa"/>
          </w:tcPr>
          <w:p w14:paraId="04E19931" w14:textId="77777777" w:rsidR="0080774D" w:rsidRDefault="00000000">
            <w:r>
              <w:t>Institution</w:t>
            </w:r>
          </w:p>
        </w:tc>
        <w:tc>
          <w:tcPr>
            <w:tcW w:w="2401" w:type="dxa"/>
          </w:tcPr>
          <w:p w14:paraId="5DBE970F" w14:textId="77777777" w:rsidR="0080774D" w:rsidRDefault="00000000">
            <w:r>
              <w:t>Duration</w:t>
            </w:r>
          </w:p>
        </w:tc>
        <w:tc>
          <w:tcPr>
            <w:tcW w:w="2401" w:type="dxa"/>
          </w:tcPr>
          <w:p w14:paraId="73B6055E" w14:textId="77777777" w:rsidR="0080774D" w:rsidRDefault="00000000">
            <w:r>
              <w:t>Key Responsibilities</w:t>
            </w:r>
          </w:p>
        </w:tc>
      </w:tr>
    </w:tbl>
    <w:p w14:paraId="70F84C32" w14:textId="77777777" w:rsidR="0080774D" w:rsidRDefault="00000000">
      <w:pPr>
        <w:pStyle w:val="Heading2"/>
      </w:pPr>
      <w:r>
        <w:t>Research Impact Metrics</w:t>
      </w:r>
    </w:p>
    <w:p w14:paraId="008FFF06" w14:textId="77777777" w:rsidR="0080774D" w:rsidRDefault="00000000">
      <w:r>
        <w:t>• Total Publications:</w:t>
      </w:r>
      <w:r>
        <w:br/>
        <w:t>• h-index:</w:t>
      </w:r>
      <w:r>
        <w:br/>
        <w:t>• i10-index:</w:t>
      </w:r>
      <w:r>
        <w:br/>
        <w:t>• Citations:</w:t>
      </w:r>
      <w:r>
        <w:br/>
        <w:t>• Patents:</w:t>
      </w:r>
    </w:p>
    <w:p w14:paraId="2F37292D" w14:textId="77777777" w:rsidR="0080774D" w:rsidRDefault="00000000">
      <w:pPr>
        <w:pStyle w:val="Heading2"/>
      </w:pPr>
      <w:r>
        <w:t>Publications 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8"/>
        <w:gridCol w:w="2399"/>
        <w:gridCol w:w="2400"/>
        <w:gridCol w:w="2398"/>
      </w:tblGrid>
      <w:tr w:rsidR="0080774D" w14:paraId="5E0A3ED2" w14:textId="77777777">
        <w:tc>
          <w:tcPr>
            <w:tcW w:w="2401" w:type="dxa"/>
          </w:tcPr>
          <w:p w14:paraId="72336C54" w14:textId="77777777" w:rsidR="0080774D" w:rsidRDefault="00000000">
            <w:r>
              <w:t>Title</w:t>
            </w:r>
          </w:p>
        </w:tc>
        <w:tc>
          <w:tcPr>
            <w:tcW w:w="2401" w:type="dxa"/>
          </w:tcPr>
          <w:p w14:paraId="39CFB4B6" w14:textId="77777777" w:rsidR="0080774D" w:rsidRDefault="00000000">
            <w:r>
              <w:t>Authors</w:t>
            </w:r>
          </w:p>
        </w:tc>
        <w:tc>
          <w:tcPr>
            <w:tcW w:w="2401" w:type="dxa"/>
          </w:tcPr>
          <w:p w14:paraId="7054726C" w14:textId="77777777" w:rsidR="0080774D" w:rsidRDefault="00000000">
            <w:r>
              <w:t>Journal/Conference</w:t>
            </w:r>
          </w:p>
        </w:tc>
        <w:tc>
          <w:tcPr>
            <w:tcW w:w="2401" w:type="dxa"/>
          </w:tcPr>
          <w:p w14:paraId="72B67DEF" w14:textId="77777777" w:rsidR="0080774D" w:rsidRDefault="00000000">
            <w:r>
              <w:t>Year</w:t>
            </w:r>
          </w:p>
        </w:tc>
      </w:tr>
    </w:tbl>
    <w:p w14:paraId="4A18E803" w14:textId="77777777" w:rsidR="0080774D" w:rsidRDefault="00000000">
      <w:pPr>
        <w:pStyle w:val="Heading2"/>
      </w:pPr>
      <w:r>
        <w:t>Awards &amp; Professional Recognition</w:t>
      </w:r>
    </w:p>
    <w:p w14:paraId="3889A03E" w14:textId="77777777" w:rsidR="0080774D" w:rsidRDefault="00000000">
      <w:r>
        <w:t>List major awards, fellowships, invited talks, memberships, and editorial roles.</w:t>
      </w:r>
    </w:p>
    <w:p w14:paraId="1B274AE3" w14:textId="40C4DE3A" w:rsidR="0080774D" w:rsidRDefault="00000000" w:rsidP="00511423">
      <w:pPr>
        <w:pStyle w:val="Heading2"/>
      </w:pPr>
      <w:r>
        <w:lastRenderedPageBreak/>
        <w:t>Publication Submission Rules</w:t>
      </w:r>
    </w:p>
    <w:p w14:paraId="4D70B630" w14:textId="77777777" w:rsidR="0080774D" w:rsidRDefault="00000000">
      <w:r>
        <w:t>• All publications must follow standard citation formats.</w:t>
      </w:r>
    </w:p>
    <w:p w14:paraId="780A3377" w14:textId="77777777" w:rsidR="0080774D" w:rsidRDefault="00000000">
      <w:r>
        <w:t>• Attach PDFs of top 5 most impactful publications.</w:t>
      </w:r>
    </w:p>
    <w:p w14:paraId="3A6548E1" w14:textId="77777777" w:rsidR="0080774D" w:rsidRDefault="00000000">
      <w:r>
        <w:t>• Manuscripts under review must be clearly indicated.</w:t>
      </w:r>
    </w:p>
    <w:p w14:paraId="5AA9A1E6" w14:textId="77777777" w:rsidR="0080774D" w:rsidRDefault="00000000">
      <w:r>
        <w:t>• Cite all co-authors appropriately.</w:t>
      </w:r>
    </w:p>
    <w:p w14:paraId="38B4DD4E" w14:textId="77777777" w:rsidR="0080774D" w:rsidRDefault="00000000">
      <w:r>
        <w:t>• Follow ethical research and publishing guidelines.</w:t>
      </w:r>
    </w:p>
    <w:p w14:paraId="0D9AD0A1" w14:textId="77777777" w:rsidR="0080774D" w:rsidRDefault="00000000">
      <w:r>
        <w:t>• Provide DOI links wherever available.</w:t>
      </w:r>
    </w:p>
    <w:p w14:paraId="07427B6C" w14:textId="77777777" w:rsidR="0080774D" w:rsidRDefault="00000000">
      <w:r>
        <w:t>• All submitted information must be original and verifiable.</w:t>
      </w:r>
    </w:p>
    <w:p w14:paraId="717307E3" w14:textId="77777777" w:rsidR="00511423" w:rsidRDefault="00511423"/>
    <w:p w14:paraId="04BCA92D" w14:textId="77777777" w:rsidR="00511423" w:rsidRDefault="00511423" w:rsidP="00511423">
      <w:pPr>
        <w:pStyle w:val="Heading2"/>
      </w:pPr>
      <w:r>
        <w:t>Declaration</w:t>
      </w:r>
    </w:p>
    <w:p w14:paraId="54B2E176" w14:textId="77777777" w:rsidR="00511423" w:rsidRDefault="00511423" w:rsidP="00511423">
      <w:r>
        <w:t>I hereby declare that all information provided in this application is accurate and true to the best of my knowledge.</w:t>
      </w:r>
    </w:p>
    <w:p w14:paraId="6D805BF5" w14:textId="77777777" w:rsidR="00511423" w:rsidRDefault="00511423" w:rsidP="00511423">
      <w:r>
        <w:t>Applicant Signature: ____________________________</w:t>
      </w:r>
    </w:p>
    <w:p w14:paraId="7054BC03" w14:textId="77777777" w:rsidR="00511423" w:rsidRDefault="00511423" w:rsidP="00511423">
      <w:r>
        <w:t>Date: ____________________</w:t>
      </w:r>
    </w:p>
    <w:p w14:paraId="2E1207A9" w14:textId="77777777" w:rsidR="00511423" w:rsidRDefault="00511423"/>
    <w:sectPr w:rsidR="00511423" w:rsidSect="00034616">
      <w:pgSz w:w="11909" w:h="16834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77315044">
    <w:abstractNumId w:val="8"/>
  </w:num>
  <w:num w:numId="2" w16cid:durableId="388497736">
    <w:abstractNumId w:val="6"/>
  </w:num>
  <w:num w:numId="3" w16cid:durableId="882016199">
    <w:abstractNumId w:val="5"/>
  </w:num>
  <w:num w:numId="4" w16cid:durableId="755134558">
    <w:abstractNumId w:val="4"/>
  </w:num>
  <w:num w:numId="5" w16cid:durableId="299462067">
    <w:abstractNumId w:val="7"/>
  </w:num>
  <w:num w:numId="6" w16cid:durableId="350767460">
    <w:abstractNumId w:val="3"/>
  </w:num>
  <w:num w:numId="7" w16cid:durableId="457065067">
    <w:abstractNumId w:val="2"/>
  </w:num>
  <w:num w:numId="8" w16cid:durableId="108624296">
    <w:abstractNumId w:val="1"/>
  </w:num>
  <w:num w:numId="9" w16cid:durableId="256014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3125"/>
    <w:rsid w:val="0015074B"/>
    <w:rsid w:val="0029639D"/>
    <w:rsid w:val="00326F90"/>
    <w:rsid w:val="00511423"/>
    <w:rsid w:val="005E3406"/>
    <w:rsid w:val="0080774D"/>
    <w:rsid w:val="00AA1D8D"/>
    <w:rsid w:val="00B47730"/>
    <w:rsid w:val="00C600C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396BB7"/>
  <w14:defaultImageDpi w14:val="300"/>
  <w15:docId w15:val="{A211A966-3FB2-498D-8ECB-61000304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2</cp:revision>
  <dcterms:created xsi:type="dcterms:W3CDTF">2025-11-16T14:38:00Z</dcterms:created>
  <dcterms:modified xsi:type="dcterms:W3CDTF">2025-11-16T14:38:00Z</dcterms:modified>
  <cp:category/>
</cp:coreProperties>
</file>